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הוראות (מדריך/מפעיל)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טקסט ההוראות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לטקסט 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שלבים ברורים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להנחות איך לעשות משהו צעד אחר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רשימת חומרים או 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גוף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קפלו את הדף לשניים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לעזור להימנע מטעויות ולהצליח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קפלו או לקפל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השלבים חייבים להיות לפי סדר הביצוע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מסמנות את רצף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כתוב במשפטים קצרים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מנחה שלב אחר שלב איך להכין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לבדוק אם אפשר לבצע לפי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ממוספרים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צריך כדי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(סדר הפעולות)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(עצות להצלחה ומניעת טעויות)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(קפלו, ערבבו, לחצו)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קפלו את הדף לאורכו לשניים, ופתחו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קפלו את שתי הפינות העליונות אל קו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קפלו שוב את הצדדים אל הקו, כך שייווצר 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קפלו את הדף לשניים, והורידו כל צד כלפי מטה ליצירת כנפיים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אחזו מתחת לגוף המטוס ושגרו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רשימת ציוד, שלבים ממוספרים לפי סדר הגיוני, ופעלים בציווי כמו מרחו, חתכו, הניחו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שהקורא יבצע את הפעולות לפי הסדר הנכון ולא יתבלבל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להנחות איך לעשות משהו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ציווי, מילות קישור כמו תחילה ולבסוף, או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שלבים ברורים לפי סדר, ולעיתים רשימת 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אמיתית כמו הוראות הרכבה או מתכון ולבקש מהתלמידים לזהות את המאפיינים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היצירתית כדאי לעודד שימוש בפעלי ציווי ובמילות קישור כמו תחילה ולבסוף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להפוך את תרגיל הסידור לפעילות קבוצתית עם כרטיסיות שלבים גזורות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הוראות (מדריך/מפעיל)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טקסט הוראות מסביר איך לעשות דבר מה, שלב אחרי שלב. נתרגל לזהות אותו ולכתוב הוראות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איך לעשות משהו, צעד אחר צעד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שלבים ממוספרים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 פעולות לפי הסדר, עם 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לעשות פעולה, כמו קפלו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החפצים או החומרים הדרושים לפעולה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שלבים, כמו תחילה ולבסוף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רגיסטר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המשלב של השפה, כאן משפטים קצרים וברורים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ישירה אל הקורא, כמו אתם או 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הערה שמזהירה מפני טעות או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טקסט 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להנחות איך לעשות משהו צעד אחר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מישהו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דוגמה לטקסט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חומרים או ציוד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פונים בטקסט 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פנייה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משפט שמתאים לטקסט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קפלו את הדף לשניים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הדף היה לבן ויפה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 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הדף עף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יש טיפים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לבדר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להימנע מטעויות ולהצליח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על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להאריך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משתמש בעיקר בפעלים בציווי או בשם הפועל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הוראות השלבים יכולים להופיע בכל 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תחילה ולבסוף עוזרות להבין את סדר הפעולות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כתוב במשפטים ארוכים ומסובכים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בישול הוא דוגמה לטקסט הוראות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לבדוק אם טקסט הוא הוראות על ידי ניסיון לבצע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הוראות מנחה את הקוראים איך לעשות __________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טקסט הוראות מופיעה רשימת חומרים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השלבים בטקסט הוראות מופיעים __________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פעלים בטקסט הוראות מופיעים לרוב בצורת __________ , כמו קפלו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מילות קישור כמו תחילה ו__________ עוזרות לסדר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הטקסט על מטוס הנייר מופיע __________ לגבי עוצמת הזריקה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סדר הפעולות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רשימת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קפלו, ערבבו, לחצו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שלבים ממוספרים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עצות להצלחה ומניעת טעויות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טיפים ואזהרות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צריך כדי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הדף לשניים, והורידו כל צד כלפי מטה ליצירת כנפיים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אחזו מתחת לגוף המטוס ושגרו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הדף לאורכו לשניים, ופתחו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שוב את הצדדים אל הקו, כך שייווצר חוד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שתי הפינות העליונות אל קו האמצע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טקסט הוראות קצר (4-5 שלבים) להכנת כריך פשוט. הקפידו על רשימת ציוד, שלבים ממוספרים ופועל בציווי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שהשלבים בטקסט הוראות יהיו ממוספרים ולא רק ברשימה חופשית?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טקסט הוראות?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לשון האופייני לטקסט הוראות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להופיע בטקסט הוראות כדי שאפשר יהיה לבצע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הוראות (מדריך/מפעיל)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